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5A38" w14:textId="77777777" w:rsidR="00C509BE" w:rsidRPr="00057A77" w:rsidRDefault="00000000">
      <w:pPr>
        <w:jc w:val="center"/>
        <w:rPr>
          <w:lang w:val="el-GR"/>
        </w:rPr>
      </w:pPr>
      <w:r w:rsidRPr="00057A77">
        <w:rPr>
          <w:b/>
          <w:sz w:val="32"/>
          <w:lang w:val="el-GR"/>
        </w:rPr>
        <w:t>ΑΠΟΣΠΑΣΜΑ ΠΡΑΚΤΙΚΟΥ ΣΥΝΕΔΡΙΑΣΕΩΣ</w:t>
      </w:r>
    </w:p>
    <w:p w14:paraId="486BF3B4" w14:textId="4CCEB01F" w:rsidR="00C509BE" w:rsidRPr="00485CB5" w:rsidRDefault="00000000" w:rsidP="00485CB5">
      <w:pPr>
        <w:rPr>
          <w:lang w:val="el-GR"/>
        </w:rPr>
      </w:pPr>
      <w:r w:rsidRPr="00485CB5">
        <w:rPr>
          <w:lang w:val="el-GR"/>
        </w:rPr>
        <w:t xml:space="preserve">Αριθ. Πρωτ. ____________   </w:t>
      </w:r>
      <w:proofErr w:type="spellStart"/>
      <w:r w:rsidRPr="00485CB5">
        <w:rPr>
          <w:lang w:val="el-GR"/>
        </w:rPr>
        <w:t>Νο</w:t>
      </w:r>
      <w:proofErr w:type="spellEnd"/>
      <w:r w:rsidRPr="00485CB5">
        <w:rPr>
          <w:lang w:val="el-GR"/>
        </w:rPr>
        <w:t xml:space="preserve"> ____________   ____________________ </w:t>
      </w:r>
      <w:r w:rsidR="00057A77" w:rsidRPr="00485CB5">
        <w:rPr>
          <w:lang w:val="el-GR"/>
        </w:rPr>
        <w:t>20</w:t>
      </w:r>
      <w:r w:rsidR="00057A77" w:rsidRPr="00485CB5">
        <w:rPr>
          <w:lang w:val="el-GR"/>
        </w:rPr>
        <w:t>_____</w:t>
      </w:r>
      <w:r w:rsidR="00057A77" w:rsidRPr="00485CB5">
        <w:rPr>
          <w:lang w:val="el-GR"/>
        </w:rPr>
        <w:t xml:space="preserve">  </w:t>
      </w:r>
    </w:p>
    <w:p w14:paraId="5BA76373" w14:textId="3BDDCCE6" w:rsidR="00057A77" w:rsidRPr="00485CB5" w:rsidRDefault="00000000" w:rsidP="00485CB5">
      <w:pPr>
        <w:rPr>
          <w:lang w:val="el-GR"/>
        </w:rPr>
      </w:pPr>
      <w:r w:rsidRPr="00485CB5">
        <w:rPr>
          <w:lang w:val="el-GR"/>
        </w:rPr>
        <w:t>Σήμερα την __________________ του μηνός __________________</w:t>
      </w:r>
      <w:r w:rsidR="00057A77" w:rsidRPr="00485CB5">
        <w:rPr>
          <w:lang w:val="el-GR"/>
        </w:rPr>
        <w:t>_________________</w:t>
      </w:r>
      <w:r w:rsidRPr="00485CB5">
        <w:rPr>
          <w:lang w:val="el-GR"/>
        </w:rPr>
        <w:t>ημέρα της εβδομάδας __________________________________ συνήλθε το Δ.Σ. της</w:t>
      </w:r>
      <w:r w:rsidR="00057A77" w:rsidRPr="00485CB5">
        <w:rPr>
          <w:lang w:val="el-GR"/>
        </w:rPr>
        <w:t>_______________________________________________</w:t>
      </w:r>
      <w:r w:rsidRPr="00485CB5">
        <w:rPr>
          <w:lang w:val="el-GR"/>
        </w:rPr>
        <w:t>στα γραφεία του Συλλόγου</w:t>
      </w:r>
      <w:r w:rsidR="00057A77" w:rsidRPr="00485CB5">
        <w:rPr>
          <w:lang w:val="el-GR"/>
        </w:rPr>
        <w:t xml:space="preserve"> </w:t>
      </w:r>
      <w:r w:rsidRPr="00485CB5">
        <w:rPr>
          <w:lang w:val="el-GR"/>
        </w:rPr>
        <w:t xml:space="preserve">_______________________________________________ </w:t>
      </w:r>
    </w:p>
    <w:p w14:paraId="6AFDD869" w14:textId="49C31271" w:rsidR="00C509BE" w:rsidRDefault="00000000">
      <w:pPr>
        <w:rPr>
          <w:lang w:val="el-GR"/>
        </w:rPr>
      </w:pPr>
      <w:r w:rsidRPr="00057A77">
        <w:rPr>
          <w:lang w:val="el-GR"/>
        </w:rPr>
        <w:t>Συνεδρίασε παρόντων των κ.κ.</w:t>
      </w:r>
    </w:p>
    <w:p w14:paraId="789DB72F" w14:textId="52B02763" w:rsidR="00CA2527" w:rsidRDefault="00CA2527">
      <w:pPr>
        <w:rPr>
          <w:lang w:val="el-GR"/>
        </w:rPr>
      </w:pPr>
      <w:r>
        <w:rPr>
          <w:lang w:val="el-GR"/>
        </w:rPr>
        <w:t>1)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Προέδρου </w:t>
      </w:r>
      <w:r>
        <w:rPr>
          <w:lang w:val="el-GR"/>
        </w:rPr>
        <w:tab/>
        <w:t>2)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Αντ</w:t>
      </w:r>
      <w:proofErr w:type="spellEnd"/>
      <w:r>
        <w:rPr>
          <w:lang w:val="el-GR"/>
        </w:rPr>
        <w:t>/</w:t>
      </w:r>
      <w:proofErr w:type="spellStart"/>
      <w:r>
        <w:rPr>
          <w:lang w:val="el-GR"/>
        </w:rPr>
        <w:t>δρου</w:t>
      </w:r>
      <w:proofErr w:type="spellEnd"/>
    </w:p>
    <w:p w14:paraId="225F21BC" w14:textId="18921092" w:rsidR="00CA2527" w:rsidRDefault="00CA2527">
      <w:pPr>
        <w:rPr>
          <w:lang w:val="el-GR"/>
        </w:rPr>
      </w:pPr>
      <w:r>
        <w:rPr>
          <w:lang w:val="el-GR"/>
        </w:rPr>
        <w:t>3)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Γεν. Γραμμ.</w:t>
      </w:r>
      <w:r>
        <w:rPr>
          <w:lang w:val="el-GR"/>
        </w:rPr>
        <w:tab/>
        <w:t>4)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</w:p>
    <w:p w14:paraId="2AFE586B" w14:textId="4F7CAF4B" w:rsidR="00CA2527" w:rsidRDefault="00CA2527">
      <w:pPr>
        <w:rPr>
          <w:lang w:val="el-GR"/>
        </w:rPr>
      </w:pPr>
      <w:r>
        <w:rPr>
          <w:lang w:val="el-GR"/>
        </w:rPr>
        <w:t>5)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6)</w:t>
      </w:r>
    </w:p>
    <w:p w14:paraId="0D0DE2C5" w14:textId="0649079D" w:rsidR="00CA2527" w:rsidRDefault="00CA2527">
      <w:pPr>
        <w:rPr>
          <w:lang w:val="el-GR"/>
        </w:rPr>
      </w:pPr>
      <w:r>
        <w:rPr>
          <w:lang w:val="el-GR"/>
        </w:rPr>
        <w:t>7)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8)</w:t>
      </w:r>
    </w:p>
    <w:p w14:paraId="69B7AC26" w14:textId="20A94551" w:rsidR="00CA2527" w:rsidRDefault="00CA2527">
      <w:pPr>
        <w:rPr>
          <w:lang w:val="el-GR"/>
        </w:rPr>
      </w:pPr>
      <w:r>
        <w:rPr>
          <w:lang w:val="el-GR"/>
        </w:rPr>
        <w:t>9)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10)</w:t>
      </w:r>
    </w:p>
    <w:p w14:paraId="3EEA8B63" w14:textId="22462ABC" w:rsidR="00CA2527" w:rsidRDefault="00CA2527">
      <w:pPr>
        <w:rPr>
          <w:lang w:val="el-GR"/>
        </w:rPr>
      </w:pPr>
      <w:r>
        <w:rPr>
          <w:lang w:val="el-GR"/>
        </w:rPr>
        <w:t>11)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12)</w:t>
      </w:r>
    </w:p>
    <w:p w14:paraId="16E5D2B7" w14:textId="5BD8AC56" w:rsidR="00CA2527" w:rsidRDefault="00CA2527">
      <w:pPr>
        <w:rPr>
          <w:lang w:val="el-GR"/>
        </w:rPr>
      </w:pPr>
      <w:r>
        <w:rPr>
          <w:lang w:val="el-GR"/>
        </w:rPr>
        <w:t>13)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14)</w:t>
      </w:r>
    </w:p>
    <w:p w14:paraId="30D726AB" w14:textId="57472C38" w:rsidR="00CA2527" w:rsidRPr="00057A77" w:rsidRDefault="00CA2527">
      <w:pPr>
        <w:rPr>
          <w:lang w:val="el-GR"/>
        </w:rPr>
      </w:pPr>
      <w:r>
        <w:rPr>
          <w:lang w:val="el-GR"/>
        </w:rPr>
        <w:t>15)</w:t>
      </w:r>
    </w:p>
    <w:p w14:paraId="69FE3893" w14:textId="31DC1469" w:rsidR="00C509BE" w:rsidRPr="00057A77" w:rsidRDefault="00000000">
      <w:pPr>
        <w:rPr>
          <w:lang w:val="el-GR"/>
        </w:rPr>
      </w:pPr>
      <w:r w:rsidRPr="00057A77">
        <w:rPr>
          <w:lang w:val="el-GR"/>
        </w:rPr>
        <w:t>Αφού διαπιστώνεται απαρτία αρχίζει η συνεδρίαση με θέματα:</w:t>
      </w:r>
    </w:p>
    <w:p w14:paraId="58CD47A0" w14:textId="3C5933C4" w:rsidR="00C509BE" w:rsidRPr="00057A77" w:rsidRDefault="00000000">
      <w:pPr>
        <w:rPr>
          <w:lang w:val="el-GR"/>
        </w:rPr>
      </w:pPr>
      <w:r w:rsidRPr="00057A77">
        <w:rPr>
          <w:lang w:val="el-GR"/>
        </w:rPr>
        <w:br/>
      </w:r>
      <w:r w:rsidRPr="00057A77">
        <w:rPr>
          <w:lang w:val="el-GR"/>
        </w:rPr>
        <w:br/>
      </w:r>
      <w:r w:rsidRPr="00057A77">
        <w:rPr>
          <w:lang w:val="el-GR"/>
        </w:rPr>
        <w:br/>
      </w:r>
      <w:r w:rsidRPr="00057A77">
        <w:rPr>
          <w:lang w:val="el-GR"/>
        </w:rPr>
        <w:br/>
      </w:r>
      <w:r w:rsidRPr="00057A77">
        <w:rPr>
          <w:lang w:val="el-GR"/>
        </w:rPr>
        <w:br/>
      </w:r>
    </w:p>
    <w:p w14:paraId="5641B85D" w14:textId="77777777" w:rsidR="00C509BE" w:rsidRPr="00057A77" w:rsidRDefault="00000000">
      <w:pPr>
        <w:rPr>
          <w:lang w:val="el-GR"/>
        </w:rPr>
      </w:pPr>
      <w:r w:rsidRPr="00057A77">
        <w:rPr>
          <w:lang w:val="el-GR"/>
        </w:rPr>
        <w:t>Το Δ.Σ. αποφάσισε όπως:</w:t>
      </w:r>
    </w:p>
    <w:p w14:paraId="324AAF90" w14:textId="639F1B1D" w:rsidR="00C509BE" w:rsidRPr="00057A77" w:rsidRDefault="00000000">
      <w:pPr>
        <w:rPr>
          <w:lang w:val="el-GR"/>
        </w:rPr>
      </w:pPr>
      <w:r w:rsidRPr="00057A77">
        <w:rPr>
          <w:lang w:val="el-GR"/>
        </w:rPr>
        <w:br/>
      </w:r>
      <w:r w:rsidRPr="00057A77">
        <w:rPr>
          <w:lang w:val="el-GR"/>
        </w:rPr>
        <w:br/>
      </w:r>
      <w:r w:rsidRPr="00057A77">
        <w:rPr>
          <w:lang w:val="el-GR"/>
        </w:rPr>
        <w:br/>
      </w:r>
      <w:r w:rsidRPr="00057A77">
        <w:rPr>
          <w:lang w:val="el-GR"/>
        </w:rPr>
        <w:br/>
      </w:r>
    </w:p>
    <w:p w14:paraId="763DF0BD" w14:textId="55A3C360" w:rsidR="00C509BE" w:rsidRDefault="00000000">
      <w:pPr>
        <w:rPr>
          <w:lang w:val="el-GR"/>
        </w:rPr>
      </w:pPr>
      <w:r w:rsidRPr="00057A77">
        <w:rPr>
          <w:lang w:val="el-GR"/>
        </w:rPr>
        <w:t>Αφού δεν υπάρχει άλλο θέμα τελειώνει η συνεδρίαση και υπογράφεται το πρακτικό.</w:t>
      </w:r>
    </w:p>
    <w:p w14:paraId="242C1ADD" w14:textId="77777777" w:rsidR="004F102D" w:rsidRDefault="004F102D">
      <w:pPr>
        <w:rPr>
          <w:lang w:val="el-GR"/>
        </w:rPr>
      </w:pPr>
    </w:p>
    <w:p w14:paraId="2516C7A7" w14:textId="77777777" w:rsidR="004F102D" w:rsidRDefault="004F102D">
      <w:pPr>
        <w:rPr>
          <w:lang w:val="el-GR"/>
        </w:rPr>
      </w:pPr>
    </w:p>
    <w:p w14:paraId="7AFF24CC" w14:textId="642A634D" w:rsidR="004F102D" w:rsidRDefault="004F102D">
      <w:pPr>
        <w:rPr>
          <w:lang w:val="el-GR"/>
        </w:rPr>
      </w:pPr>
      <w:r>
        <w:rPr>
          <w:lang w:val="el-GR"/>
        </w:rPr>
        <w:t>Ο ΠΡΟΕΔΡΟΣ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ΤΑ ΜΕΛΗ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Ο ΓΕΝ. ΓΡΑΜΜΑΤΕΑΣ</w:t>
      </w:r>
    </w:p>
    <w:p w14:paraId="1F7CBAD4" w14:textId="77777777" w:rsidR="00057A77" w:rsidRPr="00057A77" w:rsidRDefault="00057A77">
      <w:pPr>
        <w:rPr>
          <w:lang w:val="el-GR"/>
        </w:rPr>
      </w:pPr>
    </w:p>
    <w:sectPr w:rsidR="00057A77" w:rsidRPr="00057A77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5469643">
    <w:abstractNumId w:val="8"/>
  </w:num>
  <w:num w:numId="2" w16cid:durableId="1474326237">
    <w:abstractNumId w:val="6"/>
  </w:num>
  <w:num w:numId="3" w16cid:durableId="253828481">
    <w:abstractNumId w:val="5"/>
  </w:num>
  <w:num w:numId="4" w16cid:durableId="1593388950">
    <w:abstractNumId w:val="4"/>
  </w:num>
  <w:num w:numId="5" w16cid:durableId="1599944509">
    <w:abstractNumId w:val="7"/>
  </w:num>
  <w:num w:numId="6" w16cid:durableId="481822469">
    <w:abstractNumId w:val="3"/>
  </w:num>
  <w:num w:numId="7" w16cid:durableId="988368612">
    <w:abstractNumId w:val="2"/>
  </w:num>
  <w:num w:numId="8" w16cid:durableId="1134520728">
    <w:abstractNumId w:val="1"/>
  </w:num>
  <w:num w:numId="9" w16cid:durableId="125134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A77"/>
    <w:rsid w:val="0006063C"/>
    <w:rsid w:val="0015074B"/>
    <w:rsid w:val="0029639D"/>
    <w:rsid w:val="00326F90"/>
    <w:rsid w:val="00485CB5"/>
    <w:rsid w:val="004F102D"/>
    <w:rsid w:val="0088627A"/>
    <w:rsid w:val="00AA1D8D"/>
    <w:rsid w:val="00B47730"/>
    <w:rsid w:val="00C509BE"/>
    <w:rsid w:val="00CA252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8E487"/>
  <w14:defaultImageDpi w14:val="300"/>
  <w15:docId w15:val="{A6B8E9CD-5EE8-455D-9518-6A2EA29B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Ε.Π.Σ. Χανίων</cp:lastModifiedBy>
  <cp:revision>2</cp:revision>
  <dcterms:created xsi:type="dcterms:W3CDTF">2013-12-23T23:15:00Z</dcterms:created>
  <dcterms:modified xsi:type="dcterms:W3CDTF">2026-07-02T09:46:00Z</dcterms:modified>
  <cp:category/>
</cp:coreProperties>
</file>